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2569" w14:textId="77777777" w:rsidR="00DB1DA5" w:rsidRDefault="00B823CF">
      <w:pPr>
        <w:spacing w:after="40" w:line="240" w:lineRule="auto"/>
        <w:jc w:val="center"/>
      </w:pPr>
      <w:r>
        <w:rPr>
          <w:b/>
          <w:color w:val="2F5D62"/>
          <w:sz w:val="42"/>
        </w:rPr>
        <w:t>入</w:t>
      </w:r>
      <w:r>
        <w:rPr>
          <w:b/>
          <w:color w:val="2F5D62"/>
          <w:sz w:val="42"/>
        </w:rPr>
        <w:t xml:space="preserve"> </w:t>
      </w:r>
      <w:r>
        <w:rPr>
          <w:b/>
          <w:color w:val="2F5D62"/>
          <w:sz w:val="42"/>
        </w:rPr>
        <w:t>会</w:t>
      </w:r>
      <w:r>
        <w:rPr>
          <w:b/>
          <w:color w:val="2F5D62"/>
          <w:sz w:val="42"/>
        </w:rPr>
        <w:t xml:space="preserve"> </w:t>
      </w:r>
      <w:r>
        <w:rPr>
          <w:b/>
          <w:color w:val="2F5D62"/>
          <w:sz w:val="42"/>
        </w:rPr>
        <w:t>申</w:t>
      </w:r>
      <w:r>
        <w:rPr>
          <w:b/>
          <w:color w:val="2F5D62"/>
          <w:sz w:val="42"/>
        </w:rPr>
        <w:t xml:space="preserve"> </w:t>
      </w:r>
      <w:r>
        <w:rPr>
          <w:b/>
          <w:color w:val="2F5D62"/>
          <w:sz w:val="42"/>
        </w:rPr>
        <w:t>込</w:t>
      </w:r>
      <w:r>
        <w:rPr>
          <w:b/>
          <w:color w:val="2F5D62"/>
          <w:sz w:val="42"/>
        </w:rPr>
        <w:t xml:space="preserve"> </w:t>
      </w:r>
      <w:r>
        <w:rPr>
          <w:b/>
          <w:color w:val="2F5D62"/>
          <w:sz w:val="42"/>
        </w:rPr>
        <w:t>書</w:t>
      </w:r>
    </w:p>
    <w:p w14:paraId="512F2CF9" w14:textId="77777777" w:rsidR="00DB1DA5" w:rsidRDefault="00B823CF">
      <w:pPr>
        <w:spacing w:after="120" w:line="240" w:lineRule="auto"/>
        <w:jc w:val="center"/>
      </w:pPr>
      <w:r>
        <w:rPr>
          <w:color w:val="6D7D80"/>
          <w:sz w:val="17"/>
        </w:rPr>
        <w:t>MEMBERSHIP APPLICATION</w:t>
      </w:r>
    </w:p>
    <w:p w14:paraId="19DD21CE" w14:textId="77777777" w:rsidR="00DB1DA5" w:rsidRDefault="00B823CF">
      <w:pPr>
        <w:spacing w:after="100" w:line="240" w:lineRule="auto"/>
        <w:jc w:val="right"/>
      </w:pPr>
      <w:r>
        <w:t>申込日：　　　　年　　　月　　　日</w:t>
      </w:r>
    </w:p>
    <w:p w14:paraId="53668B0A" w14:textId="77777777" w:rsidR="00DB1DA5" w:rsidRDefault="00B823CF">
      <w:pPr>
        <w:spacing w:after="40" w:line="240" w:lineRule="auto"/>
        <w:rPr>
          <w:lang w:eastAsia="ja-JP"/>
        </w:rPr>
      </w:pPr>
      <w:r>
        <w:rPr>
          <w:b/>
          <w:lang w:eastAsia="ja-JP"/>
        </w:rPr>
        <w:t>特定非営利活動法人</w:t>
      </w:r>
      <w:r>
        <w:rPr>
          <w:b/>
          <w:lang w:eastAsia="ja-JP"/>
        </w:rPr>
        <w:t xml:space="preserve"> </w:t>
      </w:r>
      <w:r>
        <w:rPr>
          <w:b/>
          <w:lang w:eastAsia="ja-JP"/>
        </w:rPr>
        <w:t>こころの健康を</w:t>
      </w:r>
      <w:proofErr w:type="gramStart"/>
      <w:r>
        <w:rPr>
          <w:b/>
          <w:lang w:eastAsia="ja-JP"/>
        </w:rPr>
        <w:t>考えるかるがも</w:t>
      </w:r>
      <w:proofErr w:type="gramEnd"/>
      <w:r>
        <w:rPr>
          <w:b/>
          <w:lang w:eastAsia="ja-JP"/>
        </w:rPr>
        <w:t>会　御中</w:t>
      </w:r>
    </w:p>
    <w:p w14:paraId="1FF0E91C" w14:textId="77777777" w:rsidR="00DB1DA5" w:rsidRDefault="00B823CF">
      <w:pPr>
        <w:spacing w:after="140" w:line="288" w:lineRule="auto"/>
        <w:rPr>
          <w:lang w:eastAsia="ja-JP"/>
        </w:rPr>
      </w:pPr>
      <w:r>
        <w:rPr>
          <w:lang w:eastAsia="ja-JP"/>
        </w:rPr>
        <w:t>貴法人の目的および活動趣旨に賛同し、下記のとおり入会を申し込みます。</w:t>
      </w:r>
    </w:p>
    <w:tbl>
      <w:tblPr>
        <w:tblW w:w="0" w:type="auto"/>
        <w:jc w:val="center"/>
        <w:tblLayout w:type="fixed"/>
        <w:tblLook w:val="04A0" w:firstRow="1" w:lastRow="0" w:firstColumn="1" w:lastColumn="0" w:noHBand="0" w:noVBand="1"/>
      </w:tblPr>
      <w:tblGrid>
        <w:gridCol w:w="850"/>
        <w:gridCol w:w="3288"/>
        <w:gridCol w:w="2097"/>
        <w:gridCol w:w="3803"/>
      </w:tblGrid>
      <w:tr w:rsidR="00DB1DA5" w14:paraId="3A16AC9B" w14:textId="77777777" w:rsidTr="00AD6720">
        <w:trPr>
          <w:jc w:val="center"/>
        </w:trPr>
        <w:tc>
          <w:tcPr>
            <w:tcW w:w="10038" w:type="dxa"/>
            <w:gridSpan w:val="4"/>
            <w:shd w:val="clear" w:color="auto" w:fill="2F5D62"/>
            <w:tcMar>
              <w:top w:w="80" w:type="dxa"/>
              <w:left w:w="150" w:type="dxa"/>
              <w:bottom w:w="80" w:type="dxa"/>
              <w:right w:w="150" w:type="dxa"/>
            </w:tcMar>
          </w:tcPr>
          <w:p w14:paraId="782B8EEA" w14:textId="77777777" w:rsidR="00DB1DA5" w:rsidRDefault="00B823CF">
            <w:pPr>
              <w:spacing w:after="0" w:line="240" w:lineRule="auto"/>
              <w:rPr>
                <w:lang w:eastAsia="ja-JP"/>
              </w:rPr>
            </w:pPr>
            <w:r>
              <w:rPr>
                <w:b/>
                <w:color w:val="FFFFFF"/>
                <w:lang w:eastAsia="ja-JP"/>
              </w:rPr>
              <w:t>1</w:t>
            </w:r>
            <w:r>
              <w:rPr>
                <w:b/>
                <w:color w:val="FFFFFF"/>
                <w:lang w:eastAsia="ja-JP"/>
              </w:rPr>
              <w:t>．会員区分（該当するものにチェックしてください）</w:t>
            </w:r>
          </w:p>
        </w:tc>
      </w:tr>
      <w:tr w:rsidR="00DB1DA5" w14:paraId="073AF281" w14:textId="77777777" w:rsidTr="00AD6720">
        <w:trPr>
          <w:tblHeader/>
          <w:jc w:val="center"/>
        </w:trPr>
        <w:tc>
          <w:tcPr>
            <w:tcW w:w="850"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12E88B0E" w14:textId="77777777" w:rsidR="00DB1DA5" w:rsidRDefault="00B823CF">
            <w:pPr>
              <w:spacing w:after="0" w:line="240" w:lineRule="auto"/>
              <w:jc w:val="center"/>
            </w:pPr>
            <w:proofErr w:type="spellStart"/>
            <w:r>
              <w:rPr>
                <w:b/>
                <w:color w:val="2F5D62"/>
                <w:sz w:val="19"/>
              </w:rPr>
              <w:t>選択</w:t>
            </w:r>
            <w:proofErr w:type="spellEnd"/>
          </w:p>
        </w:tc>
        <w:tc>
          <w:tcPr>
            <w:tcW w:w="3288"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7E2B5C44" w14:textId="77777777" w:rsidR="00DB1DA5" w:rsidRDefault="00B823CF">
            <w:pPr>
              <w:spacing w:after="0" w:line="240" w:lineRule="auto"/>
              <w:jc w:val="center"/>
            </w:pPr>
            <w:r>
              <w:rPr>
                <w:b/>
                <w:color w:val="2F5D62"/>
                <w:sz w:val="19"/>
              </w:rPr>
              <w:t>会員区分</w:t>
            </w:r>
          </w:p>
        </w:tc>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607FA825" w14:textId="77777777" w:rsidR="00DB1DA5" w:rsidRDefault="00B823CF">
            <w:pPr>
              <w:spacing w:after="0" w:line="240" w:lineRule="auto"/>
              <w:jc w:val="center"/>
            </w:pPr>
            <w:r>
              <w:rPr>
                <w:b/>
                <w:color w:val="2F5D62"/>
                <w:sz w:val="19"/>
              </w:rPr>
              <w:t>年会費</w:t>
            </w:r>
          </w:p>
        </w:tc>
        <w:tc>
          <w:tcPr>
            <w:tcW w:w="3803"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1C626EA2" w14:textId="77777777" w:rsidR="00DB1DA5" w:rsidRDefault="00B823CF">
            <w:pPr>
              <w:spacing w:after="0" w:line="240" w:lineRule="auto"/>
              <w:jc w:val="center"/>
            </w:pPr>
            <w:r>
              <w:rPr>
                <w:b/>
                <w:color w:val="2F5D62"/>
                <w:sz w:val="19"/>
              </w:rPr>
              <w:t>口数・合計額</w:t>
            </w:r>
          </w:p>
        </w:tc>
      </w:tr>
      <w:tr w:rsidR="00DB1DA5" w14:paraId="14A76AC9" w14:textId="77777777" w:rsidTr="00AD6720">
        <w:trPr>
          <w:jc w:val="center"/>
        </w:trPr>
        <w:tc>
          <w:tcPr>
            <w:tcW w:w="850"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7B75F46F" w14:textId="77777777" w:rsidR="00DB1DA5" w:rsidRDefault="00B823CF">
            <w:pPr>
              <w:spacing w:after="0" w:line="240" w:lineRule="auto"/>
              <w:jc w:val="center"/>
            </w:pPr>
            <w:r>
              <w:rPr>
                <w:b/>
                <w:sz w:val="20"/>
              </w:rPr>
              <w:t>□</w:t>
            </w:r>
          </w:p>
        </w:tc>
        <w:tc>
          <w:tcPr>
            <w:tcW w:w="3288"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772F41A7" w14:textId="77777777" w:rsidR="00DB1DA5" w:rsidRDefault="00B823CF">
            <w:pPr>
              <w:spacing w:after="0" w:line="240" w:lineRule="auto"/>
            </w:pPr>
            <w:r>
              <w:rPr>
                <w:sz w:val="20"/>
              </w:rPr>
              <w:t>1</w:t>
            </w:r>
            <w:r>
              <w:rPr>
                <w:sz w:val="20"/>
              </w:rPr>
              <w:t xml:space="preserve">　正会員（個人）</w:t>
            </w:r>
          </w:p>
        </w:tc>
        <w:tc>
          <w:tcPr>
            <w:tcW w:w="2097"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6AF6A345" w14:textId="77777777" w:rsidR="00DB1DA5" w:rsidRDefault="00B823CF">
            <w:pPr>
              <w:spacing w:after="0" w:line="240" w:lineRule="auto"/>
              <w:jc w:val="center"/>
            </w:pPr>
            <w:r>
              <w:rPr>
                <w:sz w:val="20"/>
              </w:rPr>
              <w:t>3,000</w:t>
            </w:r>
            <w:r>
              <w:rPr>
                <w:sz w:val="20"/>
              </w:rPr>
              <w:t>円</w:t>
            </w:r>
          </w:p>
        </w:tc>
        <w:tc>
          <w:tcPr>
            <w:tcW w:w="3803"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12E274CC" w14:textId="77777777" w:rsidR="00DB1DA5" w:rsidRDefault="00B823CF" w:rsidP="00AD6720">
            <w:pPr>
              <w:spacing w:after="0" w:line="240" w:lineRule="auto"/>
              <w:jc w:val="center"/>
            </w:pPr>
            <w:r>
              <w:rPr>
                <w:sz w:val="20"/>
              </w:rPr>
              <w:t>—</w:t>
            </w:r>
          </w:p>
        </w:tc>
      </w:tr>
      <w:tr w:rsidR="00DB1DA5" w14:paraId="3C817544" w14:textId="77777777" w:rsidTr="00AD6720">
        <w:trPr>
          <w:jc w:val="center"/>
        </w:trPr>
        <w:tc>
          <w:tcPr>
            <w:tcW w:w="850" w:type="dxa"/>
            <w:tcBorders>
              <w:top w:val="single" w:sz="8" w:space="0" w:color="7A9295"/>
              <w:left w:val="single" w:sz="8" w:space="0" w:color="7A9295"/>
              <w:bottom w:val="single" w:sz="8" w:space="0" w:color="7A9295"/>
              <w:right w:val="single" w:sz="8" w:space="0" w:color="7A9295"/>
            </w:tcBorders>
            <w:shd w:val="clear" w:color="auto" w:fill="F5F9F9"/>
            <w:tcMar>
              <w:top w:w="120" w:type="dxa"/>
              <w:left w:w="140" w:type="dxa"/>
              <w:bottom w:w="120" w:type="dxa"/>
              <w:right w:w="140" w:type="dxa"/>
            </w:tcMar>
            <w:vAlign w:val="center"/>
          </w:tcPr>
          <w:p w14:paraId="75B86F18" w14:textId="77777777" w:rsidR="00DB1DA5" w:rsidRDefault="00B823CF">
            <w:pPr>
              <w:spacing w:after="0" w:line="240" w:lineRule="auto"/>
              <w:jc w:val="center"/>
            </w:pPr>
            <w:r>
              <w:rPr>
                <w:b/>
                <w:sz w:val="20"/>
              </w:rPr>
              <w:t>□</w:t>
            </w:r>
          </w:p>
        </w:tc>
        <w:tc>
          <w:tcPr>
            <w:tcW w:w="3288" w:type="dxa"/>
            <w:tcBorders>
              <w:top w:val="single" w:sz="8" w:space="0" w:color="7A9295"/>
              <w:left w:val="single" w:sz="8" w:space="0" w:color="7A9295"/>
              <w:bottom w:val="single" w:sz="8" w:space="0" w:color="7A9295"/>
              <w:right w:val="single" w:sz="8" w:space="0" w:color="7A9295"/>
            </w:tcBorders>
            <w:shd w:val="clear" w:color="auto" w:fill="F5F9F9"/>
            <w:tcMar>
              <w:top w:w="120" w:type="dxa"/>
              <w:left w:w="140" w:type="dxa"/>
              <w:bottom w:w="120" w:type="dxa"/>
              <w:right w:w="140" w:type="dxa"/>
            </w:tcMar>
            <w:vAlign w:val="center"/>
          </w:tcPr>
          <w:p w14:paraId="3F8ACFE6" w14:textId="77777777" w:rsidR="00DB1DA5" w:rsidRDefault="00B823CF">
            <w:pPr>
              <w:spacing w:after="0" w:line="240" w:lineRule="auto"/>
            </w:pPr>
            <w:r>
              <w:rPr>
                <w:sz w:val="20"/>
              </w:rPr>
              <w:t>2</w:t>
            </w:r>
            <w:r>
              <w:rPr>
                <w:sz w:val="20"/>
              </w:rPr>
              <w:t xml:space="preserve">　正会員（団体）</w:t>
            </w:r>
          </w:p>
        </w:tc>
        <w:tc>
          <w:tcPr>
            <w:tcW w:w="2097" w:type="dxa"/>
            <w:tcBorders>
              <w:top w:val="single" w:sz="8" w:space="0" w:color="7A9295"/>
              <w:left w:val="single" w:sz="8" w:space="0" w:color="7A9295"/>
              <w:bottom w:val="single" w:sz="8" w:space="0" w:color="7A9295"/>
              <w:right w:val="single" w:sz="8" w:space="0" w:color="7A9295"/>
            </w:tcBorders>
            <w:shd w:val="clear" w:color="auto" w:fill="F5F9F9"/>
            <w:tcMar>
              <w:top w:w="120" w:type="dxa"/>
              <w:left w:w="140" w:type="dxa"/>
              <w:bottom w:w="120" w:type="dxa"/>
              <w:right w:w="140" w:type="dxa"/>
            </w:tcMar>
            <w:vAlign w:val="center"/>
          </w:tcPr>
          <w:p w14:paraId="4B567ED9" w14:textId="77777777" w:rsidR="00DB1DA5" w:rsidRDefault="00B823CF">
            <w:pPr>
              <w:spacing w:after="0" w:line="240" w:lineRule="auto"/>
              <w:jc w:val="center"/>
            </w:pPr>
            <w:r>
              <w:rPr>
                <w:sz w:val="20"/>
              </w:rPr>
              <w:t>10,000</w:t>
            </w:r>
            <w:r>
              <w:rPr>
                <w:sz w:val="20"/>
              </w:rPr>
              <w:t>円</w:t>
            </w:r>
          </w:p>
        </w:tc>
        <w:tc>
          <w:tcPr>
            <w:tcW w:w="3803" w:type="dxa"/>
            <w:tcBorders>
              <w:top w:val="single" w:sz="8" w:space="0" w:color="7A9295"/>
              <w:left w:val="single" w:sz="8" w:space="0" w:color="7A9295"/>
              <w:bottom w:val="single" w:sz="8" w:space="0" w:color="7A9295"/>
              <w:right w:val="single" w:sz="8" w:space="0" w:color="7A9295"/>
            </w:tcBorders>
            <w:shd w:val="clear" w:color="auto" w:fill="F5F9F9"/>
            <w:tcMar>
              <w:top w:w="120" w:type="dxa"/>
              <w:left w:w="140" w:type="dxa"/>
              <w:bottom w:w="120" w:type="dxa"/>
              <w:right w:w="140" w:type="dxa"/>
            </w:tcMar>
            <w:vAlign w:val="center"/>
          </w:tcPr>
          <w:p w14:paraId="504D31EF" w14:textId="77777777" w:rsidR="00DB1DA5" w:rsidRDefault="00B823CF" w:rsidP="00AD6720">
            <w:pPr>
              <w:spacing w:after="0" w:line="240" w:lineRule="auto"/>
              <w:jc w:val="center"/>
            </w:pPr>
            <w:r>
              <w:rPr>
                <w:sz w:val="20"/>
              </w:rPr>
              <w:t>—</w:t>
            </w:r>
          </w:p>
        </w:tc>
      </w:tr>
      <w:tr w:rsidR="00DB1DA5" w14:paraId="67DC3861" w14:textId="77777777" w:rsidTr="00AD6720">
        <w:trPr>
          <w:jc w:val="center"/>
        </w:trPr>
        <w:tc>
          <w:tcPr>
            <w:tcW w:w="850"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4D7C8A91" w14:textId="77777777" w:rsidR="00DB1DA5" w:rsidRDefault="00B823CF">
            <w:pPr>
              <w:spacing w:after="0" w:line="240" w:lineRule="auto"/>
              <w:jc w:val="center"/>
            </w:pPr>
            <w:r>
              <w:rPr>
                <w:b/>
                <w:sz w:val="20"/>
              </w:rPr>
              <w:t>□</w:t>
            </w:r>
          </w:p>
        </w:tc>
        <w:tc>
          <w:tcPr>
            <w:tcW w:w="3288"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3DDCC6DA" w14:textId="77777777" w:rsidR="00DB1DA5" w:rsidRDefault="00B823CF">
            <w:pPr>
              <w:spacing w:after="0" w:line="240" w:lineRule="auto"/>
            </w:pPr>
            <w:r>
              <w:rPr>
                <w:sz w:val="20"/>
              </w:rPr>
              <w:t>3</w:t>
            </w:r>
            <w:r>
              <w:rPr>
                <w:sz w:val="20"/>
              </w:rPr>
              <w:t xml:space="preserve">　賛助会員</w:t>
            </w:r>
          </w:p>
        </w:tc>
        <w:tc>
          <w:tcPr>
            <w:tcW w:w="2097"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59C55B6E" w14:textId="77777777" w:rsidR="00DB1DA5" w:rsidRDefault="00B823CF">
            <w:pPr>
              <w:spacing w:after="0" w:line="240" w:lineRule="auto"/>
              <w:jc w:val="center"/>
            </w:pPr>
            <w:r>
              <w:rPr>
                <w:sz w:val="20"/>
              </w:rPr>
              <w:t>1</w:t>
            </w:r>
            <w:r>
              <w:rPr>
                <w:sz w:val="20"/>
              </w:rPr>
              <w:t>口</w:t>
            </w:r>
            <w:r>
              <w:rPr>
                <w:sz w:val="20"/>
              </w:rPr>
              <w:t xml:space="preserve"> 3,000</w:t>
            </w:r>
            <w:r>
              <w:rPr>
                <w:sz w:val="20"/>
              </w:rPr>
              <w:t>円</w:t>
            </w:r>
          </w:p>
        </w:tc>
        <w:tc>
          <w:tcPr>
            <w:tcW w:w="3803"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03517AAF" w14:textId="77777777" w:rsidR="00DB1DA5" w:rsidRDefault="00B823CF">
            <w:pPr>
              <w:spacing w:after="0" w:line="240" w:lineRule="auto"/>
            </w:pPr>
            <w:r>
              <w:rPr>
                <w:sz w:val="20"/>
              </w:rPr>
              <w:t>3,000</w:t>
            </w:r>
            <w:r>
              <w:rPr>
                <w:sz w:val="20"/>
              </w:rPr>
              <w:t>円</w:t>
            </w:r>
            <w:r>
              <w:rPr>
                <w:sz w:val="20"/>
              </w:rPr>
              <w:t xml:space="preserve"> ×</w:t>
            </w:r>
            <w:r>
              <w:rPr>
                <w:sz w:val="20"/>
              </w:rPr>
              <w:t xml:space="preserve">　　　</w:t>
            </w:r>
            <w:r>
              <w:rPr>
                <w:sz w:val="20"/>
              </w:rPr>
              <w:t xml:space="preserve"> </w:t>
            </w:r>
            <w:r>
              <w:rPr>
                <w:sz w:val="20"/>
              </w:rPr>
              <w:t>口</w:t>
            </w:r>
            <w:r>
              <w:rPr>
                <w:sz w:val="20"/>
              </w:rPr>
              <w:t xml:space="preserve"> </w:t>
            </w:r>
            <w:r>
              <w:rPr>
                <w:sz w:val="20"/>
              </w:rPr>
              <w:t xml:space="preserve">＝　　　　　　</w:t>
            </w:r>
            <w:r>
              <w:rPr>
                <w:sz w:val="20"/>
              </w:rPr>
              <w:t xml:space="preserve"> </w:t>
            </w:r>
            <w:r>
              <w:rPr>
                <w:sz w:val="20"/>
              </w:rPr>
              <w:t>円</w:t>
            </w:r>
          </w:p>
        </w:tc>
      </w:tr>
    </w:tbl>
    <w:p w14:paraId="066BD2E9" w14:textId="3C80C28C" w:rsidR="00DB1DA5" w:rsidRPr="00AD6720" w:rsidRDefault="00AD6720" w:rsidP="00AD6720">
      <w:pPr>
        <w:spacing w:before="40" w:after="0"/>
        <w:jc w:val="right"/>
        <w:rPr>
          <w:rFonts w:eastAsiaTheme="minorEastAsia" w:hint="eastAsia"/>
          <w:lang w:eastAsia="ja-JP"/>
        </w:rPr>
      </w:pPr>
      <w:r>
        <w:rPr>
          <w:color w:val="5B6D70"/>
          <w:sz w:val="17"/>
          <w:lang w:eastAsia="ja-JP"/>
        </w:rPr>
        <w:t>※ 賛助会員は、口数と合計額をご記入ください。</w:t>
      </w:r>
    </w:p>
    <w:tbl>
      <w:tblPr>
        <w:tblW w:w="0" w:type="auto"/>
        <w:jc w:val="center"/>
        <w:tblLayout w:type="fixed"/>
        <w:tblLook w:val="04A0" w:firstRow="1" w:lastRow="0" w:firstColumn="1" w:lastColumn="0" w:noHBand="0" w:noVBand="1"/>
      </w:tblPr>
      <w:tblGrid>
        <w:gridCol w:w="2097"/>
        <w:gridCol w:w="7941"/>
      </w:tblGrid>
      <w:tr w:rsidR="00DB1DA5" w14:paraId="605E351A" w14:textId="77777777" w:rsidTr="00AD6720">
        <w:trPr>
          <w:jc w:val="center"/>
        </w:trPr>
        <w:tc>
          <w:tcPr>
            <w:tcW w:w="10038" w:type="dxa"/>
            <w:gridSpan w:val="2"/>
            <w:shd w:val="clear" w:color="auto" w:fill="2F5D62"/>
            <w:tcMar>
              <w:top w:w="80" w:type="dxa"/>
              <w:left w:w="150" w:type="dxa"/>
              <w:bottom w:w="80" w:type="dxa"/>
              <w:right w:w="150" w:type="dxa"/>
            </w:tcMar>
          </w:tcPr>
          <w:p w14:paraId="7186EDD0" w14:textId="77777777" w:rsidR="00DB1DA5" w:rsidRDefault="00B823CF">
            <w:pPr>
              <w:spacing w:after="0" w:line="240" w:lineRule="auto"/>
            </w:pPr>
            <w:r>
              <w:rPr>
                <w:b/>
                <w:color w:val="FFFFFF"/>
              </w:rPr>
              <w:t>2</w:t>
            </w:r>
            <w:r>
              <w:rPr>
                <w:b/>
                <w:color w:val="FFFFFF"/>
              </w:rPr>
              <w:t>．申込者情報</w:t>
            </w:r>
          </w:p>
        </w:tc>
      </w:tr>
      <w:tr w:rsidR="00DB1DA5" w14:paraId="66890CD4" w14:textId="77777777" w:rsidTr="00AD6720">
        <w:trPr>
          <w:trHeight w:val="96"/>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1928200E" w14:textId="77777777" w:rsidR="00DB1DA5" w:rsidRDefault="00B823CF">
            <w:pPr>
              <w:spacing w:after="0" w:line="240" w:lineRule="auto"/>
              <w:jc w:val="center"/>
            </w:pPr>
            <w:proofErr w:type="spellStart"/>
            <w:r>
              <w:rPr>
                <w:b/>
                <w:color w:val="2F5D62"/>
                <w:sz w:val="19"/>
              </w:rPr>
              <w:t>フリガナ</w:t>
            </w:r>
            <w:proofErr w:type="spellEnd"/>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33628B5C" w14:textId="77777777" w:rsidR="00DB1DA5" w:rsidRDefault="00DB1DA5">
            <w:pPr>
              <w:spacing w:after="0" w:line="240" w:lineRule="auto"/>
            </w:pPr>
          </w:p>
        </w:tc>
      </w:tr>
      <w:tr w:rsidR="00DB1DA5" w14:paraId="2B96A4EB" w14:textId="77777777" w:rsidTr="00AD6720">
        <w:trPr>
          <w:trHeight w:val="159"/>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32BE1B00" w14:textId="77777777" w:rsidR="00DB1DA5" w:rsidRDefault="00B823CF">
            <w:pPr>
              <w:spacing w:after="0" w:line="240" w:lineRule="auto"/>
              <w:jc w:val="center"/>
            </w:pPr>
            <w:proofErr w:type="spellStart"/>
            <w:r>
              <w:rPr>
                <w:b/>
                <w:color w:val="2F5D62"/>
                <w:sz w:val="19"/>
              </w:rPr>
              <w:t>氏名／団体名</w:t>
            </w:r>
            <w:proofErr w:type="spellEnd"/>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421E9DC0" w14:textId="77777777" w:rsidR="00DB1DA5" w:rsidRDefault="00DB1DA5">
            <w:pPr>
              <w:spacing w:after="0" w:line="240" w:lineRule="auto"/>
            </w:pPr>
          </w:p>
        </w:tc>
      </w:tr>
      <w:tr w:rsidR="00DB1DA5" w:rsidRPr="00AD6720" w14:paraId="4AAE249D" w14:textId="77777777" w:rsidTr="00AD6720">
        <w:trPr>
          <w:trHeight w:val="350"/>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4D41A0DD" w14:textId="77777777" w:rsidR="00DB1DA5" w:rsidRDefault="00B823CF">
            <w:pPr>
              <w:spacing w:after="0" w:line="240" w:lineRule="auto"/>
              <w:jc w:val="center"/>
              <w:rPr>
                <w:lang w:eastAsia="ja-JP"/>
              </w:rPr>
            </w:pPr>
            <w:r>
              <w:rPr>
                <w:b/>
                <w:color w:val="2F5D62"/>
                <w:sz w:val="19"/>
                <w:lang w:eastAsia="ja-JP"/>
              </w:rPr>
              <w:t>代表者名</w:t>
            </w:r>
            <w:r>
              <w:rPr>
                <w:lang w:eastAsia="ja-JP"/>
              </w:rPr>
              <w:br/>
            </w:r>
            <w:r>
              <w:rPr>
                <w:b/>
                <w:color w:val="2F5D62"/>
                <w:sz w:val="19"/>
                <w:lang w:eastAsia="ja-JP"/>
              </w:rPr>
              <w:t>（団体の場合）</w:t>
            </w:r>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69C521CA" w14:textId="77777777" w:rsidR="00DB1DA5" w:rsidRDefault="00DB1DA5">
            <w:pPr>
              <w:spacing w:after="0" w:line="240" w:lineRule="auto"/>
              <w:rPr>
                <w:lang w:eastAsia="ja-JP"/>
              </w:rPr>
            </w:pPr>
          </w:p>
        </w:tc>
      </w:tr>
      <w:tr w:rsidR="00DB1DA5" w14:paraId="31FE676D" w14:textId="77777777" w:rsidTr="00AD6720">
        <w:trPr>
          <w:trHeight w:val="163"/>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15BF79E6" w14:textId="77777777" w:rsidR="00DB1DA5" w:rsidRDefault="00B823CF">
            <w:pPr>
              <w:spacing w:after="0" w:line="240" w:lineRule="auto"/>
              <w:jc w:val="center"/>
            </w:pPr>
            <w:proofErr w:type="spellStart"/>
            <w:r>
              <w:rPr>
                <w:b/>
                <w:color w:val="2F5D62"/>
                <w:sz w:val="19"/>
              </w:rPr>
              <w:t>郵便番号</w:t>
            </w:r>
            <w:proofErr w:type="spellEnd"/>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6DB41E61" w14:textId="77777777" w:rsidR="00DB1DA5" w:rsidRDefault="00B823CF">
            <w:pPr>
              <w:spacing w:after="0" w:line="240" w:lineRule="auto"/>
            </w:pPr>
            <w:r>
              <w:t>〒　　　－</w:t>
            </w:r>
          </w:p>
        </w:tc>
      </w:tr>
      <w:tr w:rsidR="00DB1DA5" w14:paraId="5C732B1C" w14:textId="77777777" w:rsidTr="00AD6720">
        <w:trPr>
          <w:trHeight w:val="483"/>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07D28190" w14:textId="77777777" w:rsidR="00DB1DA5" w:rsidRDefault="00B823CF">
            <w:pPr>
              <w:spacing w:after="0" w:line="240" w:lineRule="auto"/>
              <w:jc w:val="center"/>
            </w:pPr>
            <w:proofErr w:type="spellStart"/>
            <w:r>
              <w:rPr>
                <w:b/>
                <w:color w:val="2F5D62"/>
                <w:sz w:val="19"/>
              </w:rPr>
              <w:t>住所</w:t>
            </w:r>
            <w:proofErr w:type="spellEnd"/>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31C1374C" w14:textId="77777777" w:rsidR="00DB1DA5" w:rsidRDefault="00DB1DA5">
            <w:pPr>
              <w:spacing w:after="0" w:line="240" w:lineRule="auto"/>
            </w:pPr>
          </w:p>
        </w:tc>
      </w:tr>
      <w:tr w:rsidR="00DB1DA5" w14:paraId="484069C1" w14:textId="77777777" w:rsidTr="00AD6720">
        <w:trPr>
          <w:trHeight w:val="25"/>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4949BC78" w14:textId="77777777" w:rsidR="00DB1DA5" w:rsidRDefault="00B823CF">
            <w:pPr>
              <w:spacing w:after="0" w:line="240" w:lineRule="auto"/>
              <w:jc w:val="center"/>
            </w:pPr>
            <w:proofErr w:type="spellStart"/>
            <w:r>
              <w:rPr>
                <w:b/>
                <w:color w:val="2F5D62"/>
                <w:sz w:val="19"/>
              </w:rPr>
              <w:t>電話番号</w:t>
            </w:r>
            <w:proofErr w:type="spellEnd"/>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2CD025A1" w14:textId="77777777" w:rsidR="00DB1DA5" w:rsidRDefault="00DB1DA5">
            <w:pPr>
              <w:spacing w:after="0" w:line="240" w:lineRule="auto"/>
            </w:pPr>
          </w:p>
        </w:tc>
      </w:tr>
      <w:tr w:rsidR="00DB1DA5" w14:paraId="34425FFC" w14:textId="77777777" w:rsidTr="00AD6720">
        <w:trPr>
          <w:trHeight w:val="231"/>
          <w:jc w:val="center"/>
        </w:trPr>
        <w:tc>
          <w:tcPr>
            <w:tcW w:w="2097" w:type="dxa"/>
            <w:tcBorders>
              <w:top w:val="single" w:sz="8" w:space="0" w:color="7A9295"/>
              <w:left w:val="single" w:sz="8" w:space="0" w:color="7A9295"/>
              <w:bottom w:val="single" w:sz="8" w:space="0" w:color="7A9295"/>
              <w:right w:val="single" w:sz="8" w:space="0" w:color="7A9295"/>
            </w:tcBorders>
            <w:shd w:val="clear" w:color="auto" w:fill="DCEAEC"/>
            <w:tcMar>
              <w:top w:w="120" w:type="dxa"/>
              <w:left w:w="140" w:type="dxa"/>
              <w:bottom w:w="120" w:type="dxa"/>
              <w:right w:w="140" w:type="dxa"/>
            </w:tcMar>
            <w:vAlign w:val="center"/>
          </w:tcPr>
          <w:p w14:paraId="6A25E9E7" w14:textId="77777777" w:rsidR="00DB1DA5" w:rsidRDefault="00B823CF">
            <w:pPr>
              <w:spacing w:after="0" w:line="240" w:lineRule="auto"/>
              <w:jc w:val="center"/>
            </w:pPr>
            <w:r>
              <w:rPr>
                <w:b/>
                <w:color w:val="2F5D62"/>
                <w:sz w:val="19"/>
              </w:rPr>
              <w:t>E-mail</w:t>
            </w:r>
          </w:p>
        </w:tc>
        <w:tc>
          <w:tcPr>
            <w:tcW w:w="7941" w:type="dxa"/>
            <w:tcBorders>
              <w:top w:val="single" w:sz="8" w:space="0" w:color="7A9295"/>
              <w:left w:val="single" w:sz="8" w:space="0" w:color="7A9295"/>
              <w:bottom w:val="single" w:sz="8" w:space="0" w:color="7A9295"/>
              <w:right w:val="single" w:sz="8" w:space="0" w:color="7A9295"/>
            </w:tcBorders>
            <w:tcMar>
              <w:top w:w="120" w:type="dxa"/>
              <w:left w:w="140" w:type="dxa"/>
              <w:bottom w:w="120" w:type="dxa"/>
              <w:right w:w="140" w:type="dxa"/>
            </w:tcMar>
            <w:vAlign w:val="center"/>
          </w:tcPr>
          <w:p w14:paraId="4B8B261F" w14:textId="77777777" w:rsidR="00DB1DA5" w:rsidRDefault="00DB1DA5">
            <w:pPr>
              <w:spacing w:after="0" w:line="240" w:lineRule="auto"/>
            </w:pPr>
          </w:p>
        </w:tc>
      </w:tr>
    </w:tbl>
    <w:p w14:paraId="71690F86" w14:textId="77777777" w:rsidR="00DB1DA5" w:rsidRDefault="00DB1DA5">
      <w:pPr>
        <w:spacing w:after="40" w:line="240" w:lineRule="auto"/>
      </w:pPr>
    </w:p>
    <w:tbl>
      <w:tblPr>
        <w:tblW w:w="0" w:type="auto"/>
        <w:jc w:val="center"/>
        <w:tblLayout w:type="fixed"/>
        <w:tblLook w:val="04A0" w:firstRow="1" w:lastRow="0" w:firstColumn="1" w:lastColumn="0" w:noHBand="0" w:noVBand="1"/>
      </w:tblPr>
      <w:tblGrid>
        <w:gridCol w:w="10094"/>
      </w:tblGrid>
      <w:tr w:rsidR="00DB1DA5" w14:paraId="2B420048" w14:textId="77777777" w:rsidTr="00AD6720">
        <w:trPr>
          <w:jc w:val="center"/>
        </w:trPr>
        <w:tc>
          <w:tcPr>
            <w:tcW w:w="10094" w:type="dxa"/>
            <w:shd w:val="clear" w:color="auto" w:fill="2F5D62"/>
            <w:tcMar>
              <w:top w:w="80" w:type="dxa"/>
              <w:left w:w="150" w:type="dxa"/>
              <w:bottom w:w="80" w:type="dxa"/>
              <w:right w:w="150" w:type="dxa"/>
            </w:tcMar>
          </w:tcPr>
          <w:p w14:paraId="668584BC" w14:textId="77777777" w:rsidR="00DB1DA5" w:rsidRDefault="00B823CF">
            <w:pPr>
              <w:spacing w:after="0" w:line="240" w:lineRule="auto"/>
            </w:pPr>
            <w:r>
              <w:rPr>
                <w:b/>
                <w:color w:val="FFFFFF"/>
              </w:rPr>
              <w:t>3</w:t>
            </w:r>
            <w:r>
              <w:rPr>
                <w:b/>
                <w:color w:val="FFFFFF"/>
              </w:rPr>
              <w:t>．確認事項</w:t>
            </w:r>
          </w:p>
        </w:tc>
      </w:tr>
      <w:tr w:rsidR="00DB1DA5" w:rsidRPr="00AD6720" w14:paraId="3A3A9688" w14:textId="77777777" w:rsidTr="00AD6720">
        <w:trPr>
          <w:jc w:val="center"/>
        </w:trPr>
        <w:tc>
          <w:tcPr>
            <w:tcW w:w="10094" w:type="dxa"/>
            <w:tcBorders>
              <w:top w:val="single" w:sz="8" w:space="0" w:color="7A9295"/>
              <w:left w:val="single" w:sz="8" w:space="0" w:color="7A9295"/>
              <w:bottom w:val="single" w:sz="8" w:space="0" w:color="7A9295"/>
              <w:right w:val="single" w:sz="8" w:space="0" w:color="7A9295"/>
            </w:tcBorders>
            <w:shd w:val="clear" w:color="auto" w:fill="F5F9F9"/>
            <w:tcMar>
              <w:top w:w="120" w:type="dxa"/>
              <w:left w:w="140" w:type="dxa"/>
              <w:bottom w:w="120" w:type="dxa"/>
              <w:right w:w="140" w:type="dxa"/>
            </w:tcMar>
            <w:vAlign w:val="center"/>
          </w:tcPr>
          <w:p w14:paraId="172D26EA" w14:textId="77777777" w:rsidR="00DB1DA5" w:rsidRDefault="00B823CF">
            <w:pPr>
              <w:spacing w:after="0" w:line="240" w:lineRule="auto"/>
              <w:rPr>
                <w:lang w:eastAsia="ja-JP"/>
              </w:rPr>
            </w:pPr>
            <w:r>
              <w:rPr>
                <w:sz w:val="19"/>
                <w:lang w:eastAsia="ja-JP"/>
              </w:rPr>
              <w:t>□</w:t>
            </w:r>
            <w:r>
              <w:rPr>
                <w:sz w:val="19"/>
                <w:lang w:eastAsia="ja-JP"/>
              </w:rPr>
              <w:t xml:space="preserve">　申込書に記載した個人情報を、会員管理および法人からの連絡に利用することに同意します。</w:t>
            </w:r>
          </w:p>
        </w:tc>
      </w:tr>
    </w:tbl>
    <w:p w14:paraId="74ADA9BB" w14:textId="77777777" w:rsidR="00DB1DA5" w:rsidRPr="00B83569" w:rsidRDefault="00DB1DA5">
      <w:pPr>
        <w:spacing w:after="0" w:line="240" w:lineRule="auto"/>
        <w:rPr>
          <w:rFonts w:eastAsiaTheme="minorEastAsia" w:hint="eastAsia"/>
          <w:lang w:eastAsia="ja-JP"/>
        </w:rPr>
      </w:pPr>
    </w:p>
    <w:tbl>
      <w:tblPr>
        <w:tblW w:w="0" w:type="auto"/>
        <w:jc w:val="right"/>
        <w:tblLayout w:type="fixed"/>
        <w:tblLook w:val="04A0" w:firstRow="1" w:lastRow="0" w:firstColumn="1" w:lastColumn="0" w:noHBand="0" w:noVBand="1"/>
      </w:tblPr>
      <w:tblGrid>
        <w:gridCol w:w="1719"/>
        <w:gridCol w:w="2453"/>
      </w:tblGrid>
      <w:tr w:rsidR="00DB1DA5" w14:paraId="4E8617BA" w14:textId="77777777" w:rsidTr="001B74E9">
        <w:trPr>
          <w:trHeight w:val="229"/>
          <w:jc w:val="right"/>
        </w:trPr>
        <w:tc>
          <w:tcPr>
            <w:tcW w:w="1719" w:type="dxa"/>
            <w:tcMar>
              <w:top w:w="120" w:type="dxa"/>
              <w:left w:w="50" w:type="dxa"/>
              <w:bottom w:w="60" w:type="dxa"/>
              <w:right w:w="50" w:type="dxa"/>
            </w:tcMar>
          </w:tcPr>
          <w:p w14:paraId="45557254" w14:textId="77777777" w:rsidR="00DB1DA5" w:rsidRDefault="00B823CF">
            <w:pPr>
              <w:spacing w:after="0" w:line="240" w:lineRule="auto"/>
              <w:jc w:val="right"/>
            </w:pPr>
            <w:proofErr w:type="spellStart"/>
            <w:r>
              <w:t>署名（自署</w:t>
            </w:r>
            <w:proofErr w:type="spellEnd"/>
            <w:r>
              <w:t>）：</w:t>
            </w:r>
          </w:p>
        </w:tc>
        <w:tc>
          <w:tcPr>
            <w:tcW w:w="2453" w:type="dxa"/>
            <w:tcBorders>
              <w:bottom w:val="single" w:sz="10" w:space="0" w:color="333333"/>
            </w:tcBorders>
            <w:tcMar>
              <w:top w:w="120" w:type="dxa"/>
              <w:left w:w="50" w:type="dxa"/>
              <w:bottom w:w="60" w:type="dxa"/>
              <w:right w:w="50" w:type="dxa"/>
            </w:tcMar>
          </w:tcPr>
          <w:p w14:paraId="7A0FE30B" w14:textId="12526FF9" w:rsidR="00DB1DA5" w:rsidRPr="00B83569" w:rsidRDefault="00DB1DA5">
            <w:pPr>
              <w:spacing w:after="0" w:line="240" w:lineRule="auto"/>
              <w:rPr>
                <w:rFonts w:eastAsiaTheme="minorEastAsia" w:hint="eastAsia"/>
                <w:lang w:eastAsia="ja-JP"/>
              </w:rPr>
            </w:pPr>
          </w:p>
        </w:tc>
      </w:tr>
    </w:tbl>
    <w:p w14:paraId="304F8068" w14:textId="4DD17676" w:rsidR="00FE6EA3" w:rsidRDefault="00E918F9" w:rsidP="00440A3C">
      <w:pPr>
        <w:spacing w:before="40" w:after="0"/>
        <w:ind w:rightChars="104" w:right="218"/>
        <w:rPr>
          <w:rFonts w:ascii="ＭＳ 明朝" w:eastAsia="ＭＳ 明朝" w:hAnsi="ＭＳ 明朝" w:cs="ＭＳ 明朝"/>
          <w:sz w:val="20"/>
          <w:szCs w:val="20"/>
          <w:lang w:eastAsia="ja-JP"/>
        </w:rPr>
      </w:pPr>
      <w:r w:rsidRPr="008132EF">
        <w:rPr>
          <w:rFonts w:ascii="Noto Sans JP" w:eastAsia="Noto Sans JP" w:hAnsi="Noto Sans JP" w:cs="ＭＳ 明朝" w:hint="eastAsia"/>
          <w:noProof/>
          <w:sz w:val="20"/>
          <w:szCs w:val="20"/>
          <w:lang w:val="ja-JP" w:eastAsia="ja-JP"/>
        </w:rPr>
        <mc:AlternateContent>
          <mc:Choice Requires="wps">
            <w:drawing>
              <wp:anchor distT="0" distB="0" distL="114300" distR="114300" simplePos="0" relativeHeight="251659776" behindDoc="0" locked="0" layoutInCell="1" allowOverlap="1" wp14:anchorId="0030C86A" wp14:editId="4C9B5BA9">
                <wp:simplePos x="0" y="0"/>
                <wp:positionH relativeFrom="column">
                  <wp:posOffset>40005</wp:posOffset>
                </wp:positionH>
                <wp:positionV relativeFrom="paragraph">
                  <wp:posOffset>217805</wp:posOffset>
                </wp:positionV>
                <wp:extent cx="6508750" cy="1720850"/>
                <wp:effectExtent l="38100" t="19050" r="82550" b="88900"/>
                <wp:wrapNone/>
                <wp:docPr id="1309619719" name="正方形/長方形 2"/>
                <wp:cNvGraphicFramePr/>
                <a:graphic xmlns:a="http://schemas.openxmlformats.org/drawingml/2006/main">
                  <a:graphicData uri="http://schemas.microsoft.com/office/word/2010/wordprocessingShape">
                    <wps:wsp>
                      <wps:cNvSpPr/>
                      <wps:spPr>
                        <a:xfrm>
                          <a:off x="0" y="0"/>
                          <a:ext cx="6508750" cy="1720850"/>
                        </a:xfrm>
                        <a:prstGeom prst="rect">
                          <a:avLst/>
                        </a:prstGeom>
                        <a:noFill/>
                        <a:ln w="6350">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34747" id="正方形/長方形 2" o:spid="_x0000_s1026" style="position:absolute;margin-left:3.15pt;margin-top:17.15pt;width:512.5pt;height:1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" filled="f" strokecolor="#4579b8 [3044]" strokeweight=".5pt">
                <v:stroke dashstyle="dash"/>
                <v:shadow on="t" color="black" opacity="22937f" origin=",.5" offset="0,.63889mm"/>
              </v:rect>
            </w:pict>
          </mc:Fallback>
        </mc:AlternateContent>
      </w:r>
    </w:p>
    <w:p w14:paraId="610DF288" w14:textId="1722ECFB" w:rsidR="00AD6720" w:rsidRPr="00445D76" w:rsidRDefault="00AD6720" w:rsidP="0017624A">
      <w:pPr>
        <w:spacing w:before="40" w:after="0" w:line="280" w:lineRule="exact"/>
        <w:ind w:firstLineChars="100" w:firstLine="200"/>
        <w:rPr>
          <w:rFonts w:ascii="Noto Sans JP" w:eastAsia="Noto Sans JP" w:hAnsi="Noto Sans JP"/>
          <w:sz w:val="20"/>
          <w:szCs w:val="20"/>
          <w:lang w:eastAsia="ja-JP"/>
        </w:rPr>
      </w:pPr>
      <w:r w:rsidRPr="00445D76">
        <w:rPr>
          <w:rFonts w:ascii="Noto Sans JP" w:eastAsia="Noto Sans JP" w:hAnsi="Noto Sans JP" w:cs="ＭＳ 明朝" w:hint="eastAsia"/>
          <w:sz w:val="20"/>
          <w:szCs w:val="20"/>
          <w:lang w:eastAsia="ja-JP"/>
        </w:rPr>
        <w:t>お振込み先</w:t>
      </w:r>
    </w:p>
    <w:p w14:paraId="6F1E2E29" w14:textId="266362C9" w:rsidR="00AD6720" w:rsidRPr="00445D76" w:rsidRDefault="00AD6720" w:rsidP="0017624A">
      <w:pPr>
        <w:spacing w:before="40" w:after="0" w:line="280" w:lineRule="exact"/>
        <w:rPr>
          <w:rFonts w:ascii="Noto Sans JP" w:eastAsia="Noto Sans JP" w:hAnsi="Noto Sans JP"/>
          <w:sz w:val="20"/>
          <w:szCs w:val="20"/>
          <w:lang w:eastAsia="ja-JP"/>
        </w:rPr>
      </w:pPr>
      <w:r w:rsidRPr="00445D76">
        <w:rPr>
          <w:rFonts w:ascii="Noto Sans JP" w:eastAsia="Noto Sans JP" w:hAnsi="Noto Sans JP" w:cs="ＭＳ 明朝" w:hint="eastAsia"/>
          <w:sz w:val="20"/>
          <w:szCs w:val="20"/>
          <w:lang w:eastAsia="ja-JP"/>
        </w:rPr>
        <w:t xml:space="preserve">　</w:t>
      </w:r>
      <w:r w:rsidR="00B83569" w:rsidRPr="00445D76">
        <w:rPr>
          <w:rFonts w:ascii="Noto Sans JP" w:eastAsia="Noto Sans JP" w:hAnsi="Noto Sans JP" w:cs="ＭＳ 明朝" w:hint="eastAsia"/>
          <w:sz w:val="20"/>
          <w:szCs w:val="20"/>
          <w:lang w:eastAsia="ja-JP"/>
        </w:rPr>
        <w:t xml:space="preserve">　</w:t>
      </w:r>
      <w:r w:rsidRPr="00445D76">
        <w:rPr>
          <w:rFonts w:ascii="Noto Sans JP" w:eastAsia="Noto Sans JP" w:hAnsi="Noto Sans JP" w:cs="Cambria"/>
          <w:sz w:val="20"/>
          <w:szCs w:val="20"/>
          <w:lang w:eastAsia="ja-JP"/>
        </w:rPr>
        <w:t>≪</w:t>
      </w:r>
      <w:r w:rsidRPr="00445D76">
        <w:rPr>
          <w:rFonts w:ascii="Noto Sans JP" w:eastAsia="Noto Sans JP" w:hAnsi="Noto Sans JP" w:cs="ＭＳ 明朝" w:hint="eastAsia"/>
          <w:sz w:val="20"/>
          <w:szCs w:val="20"/>
          <w:lang w:eastAsia="ja-JP"/>
        </w:rPr>
        <w:t>横浜銀行</w:t>
      </w:r>
      <w:r w:rsidRPr="00445D76">
        <w:rPr>
          <w:rFonts w:ascii="Noto Sans JP" w:eastAsia="Noto Sans JP" w:hAnsi="Noto Sans JP" w:cs="Cambria"/>
          <w:sz w:val="20"/>
          <w:szCs w:val="20"/>
          <w:lang w:eastAsia="ja-JP"/>
        </w:rPr>
        <w:t>≫</w:t>
      </w:r>
    </w:p>
    <w:p w14:paraId="73DDC42A" w14:textId="35A3460A" w:rsidR="00AD6720" w:rsidRPr="00445D76" w:rsidRDefault="00AD6720" w:rsidP="0017624A">
      <w:pPr>
        <w:spacing w:before="40" w:after="0" w:line="280" w:lineRule="exact"/>
        <w:ind w:firstLine="720"/>
        <w:rPr>
          <w:rFonts w:ascii="Noto Sans JP" w:eastAsia="Noto Sans JP" w:hAnsi="Noto Sans JP"/>
          <w:sz w:val="20"/>
          <w:szCs w:val="20"/>
          <w:lang w:eastAsia="ja-JP"/>
        </w:rPr>
      </w:pPr>
      <w:r w:rsidRPr="00445D76">
        <w:rPr>
          <w:rFonts w:ascii="Noto Sans JP" w:eastAsia="Noto Sans JP" w:hAnsi="Noto Sans JP" w:cs="ＭＳ 明朝" w:hint="eastAsia"/>
          <w:sz w:val="20"/>
          <w:szCs w:val="20"/>
          <w:lang w:eastAsia="ja-JP"/>
        </w:rPr>
        <w:t xml:space="preserve">口座：横浜銀行上大岡支店　普通　</w:t>
      </w:r>
      <w:r w:rsidRPr="00445D76">
        <w:rPr>
          <w:rFonts w:ascii="Noto Sans JP" w:eastAsia="Noto Sans JP" w:hAnsi="Noto Sans JP"/>
          <w:sz w:val="20"/>
          <w:szCs w:val="20"/>
          <w:lang w:eastAsia="ja-JP"/>
        </w:rPr>
        <w:t>0635421</w:t>
      </w:r>
    </w:p>
    <w:p w14:paraId="3E4655E8" w14:textId="40A9F5EB" w:rsidR="00AD6720" w:rsidRPr="00445D76" w:rsidRDefault="00AD6720" w:rsidP="0017624A">
      <w:pPr>
        <w:spacing w:before="40" w:after="0" w:line="280" w:lineRule="exact"/>
        <w:rPr>
          <w:rFonts w:ascii="Noto Sans JP" w:eastAsia="Noto Sans JP" w:hAnsi="Noto Sans JP" w:hint="eastAsia"/>
          <w:sz w:val="20"/>
          <w:szCs w:val="20"/>
          <w:lang w:eastAsia="ja-JP"/>
        </w:rPr>
      </w:pPr>
      <w:r w:rsidRPr="00445D76">
        <w:rPr>
          <w:rFonts w:ascii="Noto Sans JP" w:eastAsia="Noto Sans JP" w:hAnsi="Noto Sans JP" w:cs="ＭＳ 明朝" w:hint="eastAsia"/>
          <w:sz w:val="20"/>
          <w:szCs w:val="20"/>
          <w:lang w:eastAsia="ja-JP"/>
        </w:rPr>
        <w:t xml:space="preserve">　　　　　　　　</w:t>
      </w:r>
      <w:r w:rsidRPr="00445D76">
        <w:rPr>
          <w:rFonts w:ascii="Noto Sans JP" w:eastAsia="Noto Sans JP" w:hAnsi="Noto Sans JP" w:cs="ＭＳ 明朝"/>
          <w:sz w:val="20"/>
          <w:szCs w:val="20"/>
          <w:lang w:eastAsia="ja-JP"/>
        </w:rPr>
        <w:tab/>
      </w:r>
      <w:r w:rsidRPr="00445D76">
        <w:rPr>
          <w:rFonts w:ascii="Noto Sans JP" w:eastAsia="Noto Sans JP" w:hAnsi="Noto Sans JP" w:cs="ＭＳ 明朝" w:hint="eastAsia"/>
          <w:sz w:val="20"/>
          <w:szCs w:val="20"/>
          <w:lang w:eastAsia="ja-JP"/>
        </w:rPr>
        <w:t>名義　特非）こころの健康を</w:t>
      </w:r>
      <w:proofErr w:type="gramStart"/>
      <w:r w:rsidRPr="00445D76">
        <w:rPr>
          <w:rFonts w:ascii="Noto Sans JP" w:eastAsia="Noto Sans JP" w:hAnsi="Noto Sans JP" w:cs="ＭＳ 明朝" w:hint="eastAsia"/>
          <w:sz w:val="20"/>
          <w:szCs w:val="20"/>
          <w:lang w:eastAsia="ja-JP"/>
        </w:rPr>
        <w:t>考えるかるがも</w:t>
      </w:r>
      <w:proofErr w:type="gramEnd"/>
      <w:r w:rsidRPr="00445D76">
        <w:rPr>
          <w:rFonts w:ascii="Noto Sans JP" w:eastAsia="Noto Sans JP" w:hAnsi="Noto Sans JP" w:cs="ＭＳ 明朝" w:hint="eastAsia"/>
          <w:sz w:val="20"/>
          <w:szCs w:val="20"/>
          <w:lang w:eastAsia="ja-JP"/>
        </w:rPr>
        <w:t>会　理事　岩嵜恵一郎</w:t>
      </w:r>
    </w:p>
    <w:p w14:paraId="2B5A76CE" w14:textId="77777777" w:rsidR="00AD6720" w:rsidRPr="00445D76" w:rsidRDefault="00AD6720" w:rsidP="0017624A">
      <w:pPr>
        <w:spacing w:before="40" w:after="0" w:line="280" w:lineRule="exact"/>
        <w:ind w:firstLineChars="200" w:firstLine="400"/>
        <w:rPr>
          <w:rFonts w:ascii="Noto Sans JP" w:eastAsia="Noto Sans JP" w:hAnsi="Noto Sans JP"/>
          <w:sz w:val="20"/>
          <w:szCs w:val="20"/>
          <w:lang w:eastAsia="ja-JP"/>
        </w:rPr>
      </w:pPr>
      <w:r w:rsidRPr="00445D76">
        <w:rPr>
          <w:rFonts w:ascii="Noto Sans JP" w:eastAsia="Noto Sans JP" w:hAnsi="Noto Sans JP" w:hint="eastAsia"/>
          <w:sz w:val="20"/>
          <w:szCs w:val="20"/>
          <w:lang w:eastAsia="ja-JP"/>
        </w:rPr>
        <w:t>≪</w:t>
      </w:r>
      <w:r w:rsidRPr="00445D76">
        <w:rPr>
          <w:rFonts w:ascii="Noto Sans JP" w:eastAsia="Noto Sans JP" w:hAnsi="Noto Sans JP" w:cs="ＭＳ 明朝" w:hint="eastAsia"/>
          <w:sz w:val="20"/>
          <w:szCs w:val="20"/>
          <w:lang w:eastAsia="ja-JP"/>
        </w:rPr>
        <w:t>ゆう</w:t>
      </w:r>
      <w:proofErr w:type="gramStart"/>
      <w:r w:rsidRPr="00445D76">
        <w:rPr>
          <w:rFonts w:ascii="Noto Sans JP" w:eastAsia="Noto Sans JP" w:hAnsi="Noto Sans JP" w:cs="ＭＳ 明朝" w:hint="eastAsia"/>
          <w:sz w:val="20"/>
          <w:szCs w:val="20"/>
          <w:lang w:eastAsia="ja-JP"/>
        </w:rPr>
        <w:t>ちょ</w:t>
      </w:r>
      <w:proofErr w:type="gramEnd"/>
      <w:r w:rsidRPr="00445D76">
        <w:rPr>
          <w:rFonts w:ascii="Noto Sans JP" w:eastAsia="Noto Sans JP" w:hAnsi="Noto Sans JP" w:cs="ＭＳ 明朝" w:hint="eastAsia"/>
          <w:sz w:val="20"/>
          <w:szCs w:val="20"/>
          <w:lang w:eastAsia="ja-JP"/>
        </w:rPr>
        <w:t>銀行</w:t>
      </w:r>
      <w:r w:rsidRPr="00445D76">
        <w:rPr>
          <w:rFonts w:ascii="Noto Sans JP" w:eastAsia="Noto Sans JP" w:hAnsi="Noto Sans JP" w:cs="Cambria"/>
          <w:sz w:val="20"/>
          <w:szCs w:val="20"/>
          <w:lang w:eastAsia="ja-JP"/>
        </w:rPr>
        <w:t>≫</w:t>
      </w:r>
      <w:r w:rsidRPr="00445D76">
        <w:rPr>
          <w:rFonts w:ascii="Noto Sans JP" w:eastAsia="Noto Sans JP" w:hAnsi="Noto Sans JP" w:cs="ＭＳ 明朝" w:hint="eastAsia"/>
          <w:sz w:val="20"/>
          <w:szCs w:val="20"/>
          <w:lang w:eastAsia="ja-JP"/>
        </w:rPr>
        <w:t xml:space="preserve">　（青い枠の払込票）</w:t>
      </w:r>
    </w:p>
    <w:p w14:paraId="488C884A" w14:textId="73EA21B6" w:rsidR="00AD6720" w:rsidRPr="00445D76" w:rsidRDefault="00AD6720" w:rsidP="0017624A">
      <w:pPr>
        <w:spacing w:before="40" w:after="0" w:line="280" w:lineRule="exact"/>
        <w:rPr>
          <w:rFonts w:ascii="Noto Sans JP" w:eastAsia="Noto Sans JP" w:hAnsi="Noto Sans JP"/>
          <w:sz w:val="20"/>
          <w:szCs w:val="20"/>
          <w:lang w:eastAsia="ja-JP"/>
        </w:rPr>
      </w:pPr>
      <w:r w:rsidRPr="00445D76">
        <w:rPr>
          <w:rFonts w:ascii="Noto Sans JP" w:eastAsia="Noto Sans JP" w:hAnsi="Noto Sans JP" w:cs="ＭＳ 明朝" w:hint="eastAsia"/>
          <w:sz w:val="20"/>
          <w:szCs w:val="20"/>
          <w:lang w:eastAsia="ja-JP"/>
        </w:rPr>
        <w:t xml:space="preserve">　　</w:t>
      </w:r>
      <w:r w:rsidRPr="00445D76">
        <w:rPr>
          <w:rFonts w:ascii="Noto Sans JP" w:eastAsia="Noto Sans JP" w:hAnsi="Noto Sans JP" w:cs="ＭＳ 明朝"/>
          <w:sz w:val="20"/>
          <w:szCs w:val="20"/>
          <w:lang w:eastAsia="ja-JP"/>
        </w:rPr>
        <w:tab/>
      </w:r>
      <w:r w:rsidRPr="00445D76">
        <w:rPr>
          <w:rFonts w:ascii="Noto Sans JP" w:eastAsia="Noto Sans JP" w:hAnsi="Noto Sans JP" w:cs="ＭＳ 明朝" w:hint="eastAsia"/>
          <w:sz w:val="20"/>
          <w:szCs w:val="20"/>
          <w:lang w:eastAsia="ja-JP"/>
        </w:rPr>
        <w:t xml:space="preserve">郵便払込口座　口座記号・番号　</w:t>
      </w:r>
      <w:r w:rsidRPr="00445D76">
        <w:rPr>
          <w:rFonts w:ascii="Noto Sans JP" w:eastAsia="Noto Sans JP" w:hAnsi="Noto Sans JP"/>
          <w:sz w:val="20"/>
          <w:szCs w:val="20"/>
          <w:lang w:eastAsia="ja-JP"/>
        </w:rPr>
        <w:t>00220-0-46915</w:t>
      </w:r>
      <w:r w:rsidRPr="00445D76">
        <w:rPr>
          <w:rFonts w:ascii="Noto Sans JP" w:eastAsia="Noto Sans JP" w:hAnsi="Noto Sans JP" w:cs="ＭＳ 明朝" w:hint="eastAsia"/>
          <w:sz w:val="20"/>
          <w:szCs w:val="20"/>
          <w:lang w:eastAsia="ja-JP"/>
        </w:rPr>
        <w:t xml:space="preserve">　</w:t>
      </w:r>
    </w:p>
    <w:p w14:paraId="2EB828B3" w14:textId="1B87B7FC" w:rsidR="00AD6720" w:rsidRPr="00445D76" w:rsidRDefault="00AD6720" w:rsidP="0017624A">
      <w:pPr>
        <w:spacing w:before="40" w:after="0" w:line="280" w:lineRule="exact"/>
        <w:rPr>
          <w:rFonts w:ascii="Noto Sans JP" w:eastAsia="Noto Sans JP" w:hAnsi="Noto Sans JP" w:hint="eastAsia"/>
          <w:sz w:val="20"/>
          <w:szCs w:val="20"/>
          <w:lang w:eastAsia="ja-JP"/>
        </w:rPr>
      </w:pPr>
      <w:r w:rsidRPr="00445D76">
        <w:rPr>
          <w:rFonts w:ascii="Noto Sans JP" w:eastAsia="Noto Sans JP" w:hAnsi="Noto Sans JP" w:cs="ＭＳ 明朝" w:hint="eastAsia"/>
          <w:sz w:val="20"/>
          <w:szCs w:val="20"/>
          <w:lang w:eastAsia="ja-JP"/>
        </w:rPr>
        <w:t xml:space="preserve">　</w:t>
      </w:r>
      <w:r w:rsidRPr="00445D76">
        <w:rPr>
          <w:rFonts w:ascii="Noto Sans JP" w:eastAsia="Noto Sans JP" w:hAnsi="Noto Sans JP" w:cs="ＭＳ 明朝"/>
          <w:sz w:val="20"/>
          <w:szCs w:val="20"/>
          <w:lang w:eastAsia="ja-JP"/>
        </w:rPr>
        <w:tab/>
      </w:r>
      <w:r w:rsidRPr="00445D76">
        <w:rPr>
          <w:rFonts w:ascii="Noto Sans JP" w:eastAsia="Noto Sans JP" w:hAnsi="Noto Sans JP" w:cs="ＭＳ 明朝"/>
          <w:sz w:val="20"/>
          <w:szCs w:val="20"/>
          <w:lang w:eastAsia="ja-JP"/>
        </w:rPr>
        <w:tab/>
      </w:r>
      <w:r w:rsidRPr="00445D76">
        <w:rPr>
          <w:rFonts w:ascii="Noto Sans JP" w:eastAsia="Noto Sans JP" w:hAnsi="Noto Sans JP" w:cs="ＭＳ 明朝"/>
          <w:sz w:val="20"/>
          <w:szCs w:val="20"/>
          <w:lang w:eastAsia="ja-JP"/>
        </w:rPr>
        <w:tab/>
      </w:r>
      <w:r w:rsidRPr="00445D76">
        <w:rPr>
          <w:rFonts w:ascii="Noto Sans JP" w:eastAsia="Noto Sans JP" w:hAnsi="Noto Sans JP" w:cs="ＭＳ 明朝" w:hint="eastAsia"/>
          <w:sz w:val="20"/>
          <w:szCs w:val="20"/>
          <w:lang w:eastAsia="ja-JP"/>
        </w:rPr>
        <w:t>加入者名　　　　かるが</w:t>
      </w:r>
      <w:proofErr w:type="gramStart"/>
      <w:r w:rsidRPr="00445D76">
        <w:rPr>
          <w:rFonts w:ascii="Noto Sans JP" w:eastAsia="Noto Sans JP" w:hAnsi="Noto Sans JP" w:cs="ＭＳ 明朝" w:hint="eastAsia"/>
          <w:sz w:val="20"/>
          <w:szCs w:val="20"/>
          <w:lang w:eastAsia="ja-JP"/>
        </w:rPr>
        <w:t>も</w:t>
      </w:r>
      <w:proofErr w:type="gramEnd"/>
      <w:r w:rsidRPr="00445D76">
        <w:rPr>
          <w:rFonts w:ascii="Noto Sans JP" w:eastAsia="Noto Sans JP" w:hAnsi="Noto Sans JP" w:cs="ＭＳ 明朝" w:hint="eastAsia"/>
          <w:sz w:val="20"/>
          <w:szCs w:val="20"/>
          <w:lang w:eastAsia="ja-JP"/>
        </w:rPr>
        <w:t xml:space="preserve">会　</w:t>
      </w:r>
    </w:p>
    <w:p w14:paraId="094928CB" w14:textId="69FE2E0C" w:rsidR="00DB1DA5" w:rsidRPr="00445D76" w:rsidRDefault="00AD6720" w:rsidP="0017624A">
      <w:pPr>
        <w:spacing w:before="40" w:after="0" w:line="280" w:lineRule="exact"/>
        <w:ind w:firstLineChars="200" w:firstLine="400"/>
        <w:rPr>
          <w:rFonts w:ascii="Noto Sans JP" w:eastAsia="Noto Sans JP" w:hAnsi="Noto Sans JP"/>
          <w:sz w:val="20"/>
          <w:szCs w:val="20"/>
          <w:lang w:eastAsia="ja-JP"/>
        </w:rPr>
      </w:pPr>
      <w:r w:rsidRPr="00445D76">
        <w:rPr>
          <w:rFonts w:ascii="Noto Sans JP" w:eastAsia="Noto Sans JP" w:hAnsi="Noto Sans JP" w:cs="ＭＳ 明朝" w:hint="eastAsia"/>
          <w:sz w:val="20"/>
          <w:szCs w:val="20"/>
          <w:lang w:eastAsia="ja-JP"/>
        </w:rPr>
        <w:t>※誠に勝手ながら払込手数料はご負担くださいますようお願い申し上げます。</w:t>
      </w:r>
    </w:p>
    <w:sectPr w:rsidR="00DB1DA5" w:rsidRPr="00445D76" w:rsidSect="00034616">
      <w:headerReference w:type="default" r:id="rId8"/>
      <w:footerReference w:type="default" r:id="rId9"/>
      <w:pgSz w:w="12240" w:h="15840"/>
      <w:pgMar w:top="737" w:right="907" w:bottom="680" w:left="907" w:header="283"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5AB1" w14:textId="77777777" w:rsidR="00B823CF" w:rsidRDefault="00B823CF">
      <w:pPr>
        <w:spacing w:after="0" w:line="240" w:lineRule="auto"/>
      </w:pPr>
      <w:r>
        <w:separator/>
      </w:r>
    </w:p>
  </w:endnote>
  <w:endnote w:type="continuationSeparator" w:id="0">
    <w:p w14:paraId="015AD054" w14:textId="77777777" w:rsidR="00B823CF" w:rsidRDefault="00B8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1D93" w14:textId="77777777" w:rsidR="00DB1DA5" w:rsidRDefault="00B823CF">
    <w:pPr>
      <w:pStyle w:val="a7"/>
      <w:jc w:val="center"/>
    </w:pPr>
    <w:proofErr w:type="spellStart"/>
    <w:r>
      <w:rPr>
        <w:color w:val="7A888A"/>
        <w:sz w:val="16"/>
      </w:rPr>
      <w:t>入会申込書</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EAF17" w14:textId="77777777" w:rsidR="00B823CF" w:rsidRDefault="00B823CF">
      <w:pPr>
        <w:spacing w:after="0" w:line="240" w:lineRule="auto"/>
      </w:pPr>
      <w:r>
        <w:separator/>
      </w:r>
    </w:p>
  </w:footnote>
  <w:footnote w:type="continuationSeparator" w:id="0">
    <w:p w14:paraId="33D9C808" w14:textId="77777777" w:rsidR="00B823CF" w:rsidRDefault="00B82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84E1" w14:textId="77777777" w:rsidR="00DB1DA5" w:rsidRDefault="00B823CF">
    <w:pPr>
      <w:pStyle w:val="a5"/>
      <w:jc w:val="right"/>
      <w:rPr>
        <w:lang w:eastAsia="ja-JP"/>
      </w:rPr>
    </w:pPr>
    <w:r>
      <w:rPr>
        <w:color w:val="5B6D70"/>
        <w:sz w:val="17"/>
        <w:lang w:eastAsia="ja-JP"/>
      </w:rPr>
      <w:t>特定非営利活動法人</w:t>
    </w:r>
    <w:r>
      <w:rPr>
        <w:color w:val="5B6D70"/>
        <w:sz w:val="17"/>
        <w:lang w:eastAsia="ja-JP"/>
      </w:rPr>
      <w:t xml:space="preserve"> </w:t>
    </w:r>
    <w:r>
      <w:rPr>
        <w:color w:val="5B6D70"/>
        <w:sz w:val="17"/>
        <w:lang w:eastAsia="ja-JP"/>
      </w:rPr>
      <w:t>こころの健康を</w:t>
    </w:r>
    <w:proofErr w:type="gramStart"/>
    <w:r>
      <w:rPr>
        <w:color w:val="5B6D70"/>
        <w:sz w:val="17"/>
        <w:lang w:eastAsia="ja-JP"/>
      </w:rPr>
      <w:t>考えるかるがも</w:t>
    </w:r>
    <w:proofErr w:type="gramEnd"/>
    <w:r>
      <w:rPr>
        <w:color w:val="5B6D70"/>
        <w:sz w:val="17"/>
        <w:lang w:eastAsia="ja-JP"/>
      </w:rPr>
      <w:t>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97223835">
    <w:abstractNumId w:val="8"/>
  </w:num>
  <w:num w:numId="2" w16cid:durableId="701591221">
    <w:abstractNumId w:val="6"/>
  </w:num>
  <w:num w:numId="3" w16cid:durableId="479545000">
    <w:abstractNumId w:val="5"/>
  </w:num>
  <w:num w:numId="4" w16cid:durableId="668750601">
    <w:abstractNumId w:val="4"/>
  </w:num>
  <w:num w:numId="5" w16cid:durableId="1414743695">
    <w:abstractNumId w:val="7"/>
  </w:num>
  <w:num w:numId="6" w16cid:durableId="750154641">
    <w:abstractNumId w:val="3"/>
  </w:num>
  <w:num w:numId="7" w16cid:durableId="2085645553">
    <w:abstractNumId w:val="2"/>
  </w:num>
  <w:num w:numId="8" w16cid:durableId="1097943647">
    <w:abstractNumId w:val="1"/>
  </w:num>
  <w:num w:numId="9" w16cid:durableId="100821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1C9"/>
    <w:rsid w:val="0006063C"/>
    <w:rsid w:val="0015074B"/>
    <w:rsid w:val="0017624A"/>
    <w:rsid w:val="001B74E9"/>
    <w:rsid w:val="001E6F7C"/>
    <w:rsid w:val="0029639D"/>
    <w:rsid w:val="00326F90"/>
    <w:rsid w:val="00440A3C"/>
    <w:rsid w:val="00445D76"/>
    <w:rsid w:val="008132EF"/>
    <w:rsid w:val="008B65CB"/>
    <w:rsid w:val="009B7898"/>
    <w:rsid w:val="00AA1D8D"/>
    <w:rsid w:val="00AD6720"/>
    <w:rsid w:val="00B47730"/>
    <w:rsid w:val="00B67608"/>
    <w:rsid w:val="00B823CF"/>
    <w:rsid w:val="00B83569"/>
    <w:rsid w:val="00CB0664"/>
    <w:rsid w:val="00D471EE"/>
    <w:rsid w:val="00D703F9"/>
    <w:rsid w:val="00DB1DA5"/>
    <w:rsid w:val="00DD067E"/>
    <w:rsid w:val="00DD0A78"/>
    <w:rsid w:val="00E043A8"/>
    <w:rsid w:val="00E918F9"/>
    <w:rsid w:val="00F049EA"/>
    <w:rsid w:val="00FC693F"/>
    <w:rsid w:val="00FE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98F68DF"/>
  <w14:defaultImageDpi w14:val="300"/>
  <w15:docId w15:val="{58C2EF47-1C1F-42AB-A393-7B124428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ans CJK JP" w:eastAsia="Noto Sans CJK JP" w:hAnsi="Noto Sans CJK JP"/>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280</Words>
  <Characters>322</Characters>
  <Application>Microsoft Office Word</Application>
  <DocSecurity>0</DocSecurity>
  <Lines>40</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NPO法人 入会申込書</vt:lpstr>
      <vt:lpstr/>
    </vt:vector>
  </TitlesOfParts>
  <Manager/>
  <Company/>
  <LinksUpToDate>false</LinksUpToDate>
  <CharactersWithSpaces>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NPO法人 入会申込書</dc:title>
  <dc:subject>会員入会申込書</dc:subject>
  <dc:creator>特定非営利活動法人 こころの健康を考えるかるがも会</dc:creator>
  <cp:keywords>NPO, 入会申込書, 正会員, 賛助会員</cp:keywords>
  <dc:description>generated by python-docx</dc:description>
  <cp:lastModifiedBy>木屋 誠一</cp:lastModifiedBy>
  <cp:revision>16</cp:revision>
  <dcterms:created xsi:type="dcterms:W3CDTF">2026-08-06T05:17:00Z</dcterms:created>
  <dcterms:modified xsi:type="dcterms:W3CDTF">2026-08-06T06:39:00Z</dcterms:modified>
  <cp:category/>
</cp:coreProperties>
</file>